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RECETARIO DIGITALIZADO</w:t>
      </w:r>
    </w:p>
    <w:p>
      <w:pPr>
        <w:jc w:val="center"/>
      </w:pPr>
      <w:r>
        <w:rPr>
          <w:sz w:val="26"/>
        </w:rPr>
        <w:t>Raúl Asencio Pastelerías · v1 provisional</w:t>
      </w:r>
    </w:p>
    <w:p>
      <w:r>
        <w:rPr>
          <w:b/>
        </w:rPr>
        <w:t xml:space="preserve">Criterio de trabajo: </w:t>
      </w:r>
      <w:r>
        <w:t>extracción desde recetario manuscrito y revisión inicial. No se inventan procesos ni cantidades. Las recetas con dudas quedan marcadas para revisión humana antes de producción.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984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Estado</w:t>
            </w:r>
          </w:p>
        </w:tc>
        <w:tc>
          <w:tcPr>
            <w:tcW w:type="dxa" w:w="7370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Significado</w:t>
            </w:r>
          </w:p>
        </w:tc>
      </w:tr>
      <w:tr>
        <w:tc>
          <w:tcPr>
            <w:tcW w:type="dxa" w:w="1984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737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Receta clara para pasar al maestro, pendiente de revisión normal.</w:t>
            </w:r>
          </w:p>
        </w:tc>
      </w:tr>
      <w:tr>
        <w:tc>
          <w:tcPr>
            <w:tcW w:type="dxa" w:w="1984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737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Receta útil con alguna duda de lectura, unidad, proceso o rendimiento.</w:t>
            </w:r>
          </w:p>
        </w:tc>
      </w:tr>
      <w:tr>
        <w:tc>
          <w:tcPr>
            <w:tcW w:type="dxa" w:w="1984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 / Rojo suave</w:t>
            </w:r>
          </w:p>
        </w:tc>
        <w:tc>
          <w:tcPr>
            <w:tcW w:type="dxa" w:w="737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Receta incompleta o con falta de cantidades; no usar como definitiva.</w:t>
            </w:r>
          </w:p>
        </w:tc>
      </w:tr>
      <w:tr>
        <w:tc>
          <w:tcPr>
            <w:tcW w:type="dxa" w:w="1984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Corregida</w:t>
            </w:r>
          </w:p>
        </w:tc>
        <w:tc>
          <w:tcPr>
            <w:tcW w:type="dxa" w:w="737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Dato dudoso confirmado por Raúl durante la revisión.</w:t>
            </w:r>
          </w:p>
        </w:tc>
      </w:tr>
    </w:tbl>
    <w:p/>
    <w:p>
      <w:pPr>
        <w:pStyle w:val="Heading1"/>
      </w:pPr>
      <w:r>
        <w:t>Índice maestro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850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Nº</w:t>
            </w:r>
          </w:p>
        </w:tc>
        <w:tc>
          <w:tcPr>
            <w:tcW w:type="dxa" w:w="2835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Receta</w:t>
            </w:r>
          </w:p>
        </w:tc>
        <w:tc>
          <w:tcPr>
            <w:tcW w:type="dxa" w:w="2268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Familia</w:t>
            </w:r>
          </w:p>
        </w:tc>
        <w:tc>
          <w:tcPr>
            <w:tcW w:type="dxa" w:w="141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Estado</w:t>
            </w:r>
          </w:p>
        </w:tc>
        <w:tc>
          <w:tcPr>
            <w:tcW w:type="dxa" w:w="2835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Dudas principales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21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 Buena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Cremas, nata y trufas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Proceso no escrito.; Ralladura de limón sin cantidad.; Canela y vainilla sin escalado claro.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22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Yema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Cremas, nata y trufas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Proceso no escrito.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23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 Rápida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Cremas, nata y trufas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Proceso no escrito.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24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 Choco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Cremas, nata y trufas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indica cantidad de chocolate.; No indica base exacta de crema.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 para Trufas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Cremas, nata y trufas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29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Trufa Negra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Cremas, nata y trufas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Trufa Blanca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Cremas, nata y trufas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32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Magdalenas Aceite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Bollería básica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si pone Tanteo o Maltitol.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33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Magdalenas de Bizcocho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Bollería básica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cantidad de impulsor.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34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Magdalenas de Naranja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Bollería básica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Menciona leche, pero no aparece cantidad.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47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Rollos de Huevos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Bollería básica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48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Rollos Sin Azúcar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Bollería básica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56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Borrachos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Bollería básica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57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Preparado de Manzana / Muffin’s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Bollería básica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aparece proceso.; Confirmar si es bizcocho completo o preparado de fruta para muffins.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Gelatina Semifrío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Semifríos y tartas frías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Unidades no especificadas.; Confirmar cifra final de azúcar.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26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Vasos de Yogur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Semifríos y tartas frías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27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Vasos Galicia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Semifríos y tartas frías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Una capa no legible.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35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Bizcochos Semifríos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Semifríos y tartas frías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Frase original “montarlo así nos cae” requiere confirmar punto exacto.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36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Tarta Tres Chocolates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Semifríos y tartas frías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Nota “150 B / 500 N” en chocolate con leche.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55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 Kinder y Lotus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Semifríos y tartas frías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Faltan cantidades. Parece nota de sabor, no receta completa.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67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Bombas Maracuyá / Mango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Semifríos y tartas frías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rendimiento correcto.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80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Tarta Yogurt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Semifríos y tartas frías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Unidades no indicadas en mezcla principal.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Tocinos de Cielo Caramelo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Tocinos de Cielo Mezcla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Dibujos con anotación “Poner 2 tazas”. Confirmar relación con leche.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Tortas Manteca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Tocinos Producción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leche: líquida o leche en polvo rehidratada.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17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Pasteles de Gloria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68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Sequillos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69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Careo Sequillos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Corregida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70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 de Aceite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aparece como kg, pero escala x2 indica 2 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71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 Corriente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72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Almendrado de Coco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Corregida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73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Almendrado de Almendra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Corregida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74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Torticas Finas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Esencia de anís: “preguntar a Raúl”.; Azúcar sin unidad.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75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Nevaditos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unidades de manteca y vino blanco.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76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Polvorón Harina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77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Polvorones Almendra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78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Mantecado Antequera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Navidad y clásicos de campaña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especifica unidades, presumiblemente gramos.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38/50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Torta Boba / Tarta Sacher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Chocolate, baños y rolls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peso exacto por bandeja: aparece 2.250 g en Nº38 y 2.400 g en Nº50.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43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Rolls Base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Chocolate, baños y rolls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aparece receta del chocolate blanco líquido de roll.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51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Roll de Oreo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Chocolate, baños y rolls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 suave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Cantidades a ojo.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52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Baños Kinder / Lotus / Pistacho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Chocolate, baños y rolls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Varias unidades no indicadas.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62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Verigato C.K / Pastel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Chocolate, baños y rolls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unidad del chocolate blanco.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64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Varios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Chocolate, baños y rolls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especifica unidades.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66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Crujiente Pistacho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Chocolate, baños y rolls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unidades de chocolate blanco y pasta pistacho.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58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Granizado Limón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Granizados y bebidas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Formato de concentrado limón.; No se sabe si el bloque adicional es concentrado, refuerzo o corrección.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59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Granizado Café / Descafeinado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Granizados y bebidas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escritura Matitol = Maltitol.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60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Cebada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Granizados y bebidas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61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 Preparada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Granizados y bebidas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Limón: no indica si zumo, ralladura o concentrado.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Miñuita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figura como 5250 L, probablemente ml o g.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13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Empanada Gallega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14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Petisú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Merengue Sin Azúcar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Escrito como Matitol; se asume Maltitol por contexto.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16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Batido Merengue P-M-G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indica agua del almíbar de la olla.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31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Mascarpone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“tapones” para ácido cítrico.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37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Bizcocho Almendria / Tarias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45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Tarta de Queso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Proceso final y horneado no detallados / parcialmente tachados.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46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 de Galleta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 suave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Sin cantidades; técnica general.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49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Muffins / Brownie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 y aceite sin unidad.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54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Red Velvet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aparece proceso; parece compartir método con Muffins.; Agua y aceite sin unidad.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63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C.K Bizcocho / Carrot Cake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marcado como L; revisar unidad.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65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Pastas de Té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79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Frosting Carrot Cake</w:t>
            </w:r>
          </w:p>
        </w:tc>
        <w:tc>
          <w:tcPr>
            <w:tcW w:type="dxa" w:w="2268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Pastelería general y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2835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aparece método de mezcla.</w:t>
            </w:r>
          </w:p>
        </w:tc>
      </w:tr>
    </w:tbl>
    <w:p>
      <w:r>
        <w:br w:type="page"/>
      </w:r>
    </w:p>
    <w:p>
      <w:pPr>
        <w:pStyle w:val="Heading1"/>
      </w:pPr>
      <w:r>
        <w:t>Dudas pendientes y alertas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850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Nº</w:t>
            </w:r>
          </w:p>
        </w:tc>
        <w:tc>
          <w:tcPr>
            <w:tcW w:type="dxa" w:w="255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Receta</w:t>
            </w:r>
          </w:p>
        </w:tc>
        <w:tc>
          <w:tcPr>
            <w:tcW w:type="dxa" w:w="141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Estado</w:t>
            </w:r>
          </w:p>
        </w:tc>
        <w:tc>
          <w:tcPr>
            <w:tcW w:type="dxa" w:w="51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Duda / acción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21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 Buena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Proceso no escrito.; Ralladura de limón sin cantidad.; Canela y vainilla sin escalado claro.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22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Yema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Proceso no escrito.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23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 Rápida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Proceso no escrito.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24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Crema Choco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indica cantidad de chocolate.; No indica base exacta de crema.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32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Magdalenas Aceite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si pone Tanteo o Maltitol.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33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Magdalenas de Bizcocho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cantidad de impulsor.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34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Magdalenas de Naranja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Menciona leche, pero no aparece cantidad.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57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Preparado de Manzana / Muffin’s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aparece proceso.; Confirmar si es bizcocho completo o preparado de fruta para muffins.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Gelatina Semifrío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Unidades no especificadas.; Confirmar cifra final de azúcar.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27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Vasos Galicia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Una capa no legible.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35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Bizcochos Semifríos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Frase original “montarlo así nos cae” requiere confirmar punto exacto.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36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Tarta Tres Chocolates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Nota “150 B / 500 N” en chocolate con leche.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55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 Kinder y Lotus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Faltan cantidades. Parece nota de sabor, no receta completa.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67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Bombas Maracuyá / Mango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rendimiento correcto.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80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Tarta Yogurt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Unidades no indicadas en mezcla principal.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Tocinos de Cielo Mezcla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Dibujos con anotación “Poner 2 tazas”. Confirmar relación con leche.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Tocinos Producción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leche: líquida o leche en polvo rehidratada.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70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 de Aceite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aparece como kg, pero escala x2 indica 2 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74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Torticas Finas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Esencia de anís: “preguntar a Raúl”.; Azúcar sin unidad.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75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Nevaditos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unidades de manteca y vino blanco.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78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Mantecado Antequera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especifica unidades, presumiblemente gramos.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38/50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Torta Boba / Tarta Sacher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peso exacto por bandeja: aparece 2.250 g en Nº38 y 2.400 g en Nº50.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43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Rolls Base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aparece receta del chocolate blanco líquido de roll.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51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Roll de Oreo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 suave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Cantidades a ojo.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52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Baños Kinder / Lotus / Pistacho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Varias unidades no indicadas.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62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Verigato C.K / Pastel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unidad del chocolate blanco.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64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Varios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especifica unidades.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66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Crujiente Pistacho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unidades de chocolate blanco y pasta pistacho.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58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Granizado Limón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Formato de concentrado limón.; No se sabe si el bloque adicional es concentrado, refuerzo o corrección.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59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Granizado Café / Descafeinado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escritura Matitol = Maltitol.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61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 Preparada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Limón: no indica si zumo, ralladura o concentrado.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Miñuita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figura como 5250 L, probablemente ml o g.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Merengue Sin Azúcar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Escrito como Matitol; se asume Maltitol por contexto.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16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Batido Merengue P-M-G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indica agua del almíbar de la olla.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31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Mascarpone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“tapones” para ácido cítrico.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45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Tarta de Queso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Proceso final y horneado no detallados / parcialmente tachados.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46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 de Galleta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 suave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Sin cantidades; técnica general.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49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Muffins / Brownie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 y aceite sin unidad.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54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Red Velvet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aparece proceso; parece compartir método con Muffins.; Agua y aceite sin unidad.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63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C.K Bizcocho / Carrot Cake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marcado como L; revisar unidad.</w:t>
            </w:r>
          </w:p>
        </w:tc>
      </w:tr>
      <w:tr>
        <w:tc>
          <w:tcPr>
            <w:tcW w:type="dxa" w:w="850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79</w:t>
            </w:r>
          </w:p>
        </w:tc>
        <w:tc>
          <w:tcPr>
            <w:tcW w:type="dxa" w:w="255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Frosting Carrot Cake</w:t>
            </w:r>
          </w:p>
        </w:tc>
        <w:tc>
          <w:tcPr>
            <w:tcW w:type="dxa" w:w="141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51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aparece método de mezcla.</w:t>
            </w:r>
          </w:p>
        </w:tc>
      </w:tr>
    </w:tbl>
    <w:p>
      <w:r>
        <w:br w:type="page"/>
      </w:r>
    </w:p>
    <w:p>
      <w:pPr>
        <w:pStyle w:val="Heading1"/>
      </w:pPr>
      <w:r>
        <w:t>Cremas, nata y trufas</w:t>
      </w:r>
    </w:p>
    <w:p>
      <w:pPr>
        <w:pStyle w:val="Heading2"/>
      </w:pPr>
      <w:r>
        <w:t>21 · Crema Buena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20260603_074028.jpg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 1 L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 en polvo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Mantequilla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Rama de canela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escalado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Ralladura limón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Sin cantidad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Yemas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fuerza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Para sin azúcar sustituir por maltitol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Vainilla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cucharada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Confirmar escalado</w:t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Escalas visibles: 1, 6, 10 y 15 L de agua.</w:t>
      </w:r>
    </w:p>
    <w:p>
      <w:r>
        <w:rPr>
          <w:b/>
        </w:rPr>
        <w:t>Dudas / revisión</w:t>
      </w:r>
    </w:p>
    <w:p>
      <w:pPr>
        <w:pStyle w:val="ListBullet"/>
      </w:pPr>
      <w:r>
        <w:t>Proceso no escrito.</w:t>
      </w:r>
    </w:p>
    <w:p>
      <w:pPr>
        <w:pStyle w:val="ListBullet"/>
      </w:pPr>
      <w:r>
        <w:t>Ralladura de limón sin cantidad.</w:t>
      </w:r>
    </w:p>
    <w:p>
      <w:pPr>
        <w:pStyle w:val="ListBullet"/>
      </w:pPr>
      <w:r>
        <w:t>Canela y vainilla sin escalado claro.</w:t>
      </w:r>
    </w:p>
    <w:p>
      <w:pPr>
        <w:pStyle w:val="Heading2"/>
      </w:pPr>
      <w:r>
        <w:t>22 · Yema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20260603_074028.jpg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fuerza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Yemas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 huevo / colorante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cucharada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Escalas visibles: 2, 4, 6, 8, 10, 12 y 15 L.</w:t>
      </w:r>
    </w:p>
    <w:p>
      <w:r>
        <w:rPr>
          <w:b/>
        </w:rPr>
        <w:t>Dudas / revisión</w:t>
      </w:r>
    </w:p>
    <w:p>
      <w:pPr>
        <w:pStyle w:val="ListBullet"/>
      </w:pPr>
      <w:r>
        <w:t>Proceso no escrito.</w:t>
      </w:r>
    </w:p>
    <w:p>
      <w:pPr>
        <w:pStyle w:val="Heading2"/>
      </w:pPr>
      <w:r>
        <w:t>23 · Crema Rápida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20260603_074028.jpg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Cremy Gold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Dudas / revisión</w:t>
      </w:r>
    </w:p>
    <w:p>
      <w:pPr>
        <w:pStyle w:val="ListBullet"/>
      </w:pPr>
      <w:r>
        <w:t>Proceso no escrito.</w:t>
      </w:r>
    </w:p>
    <w:p>
      <w:pPr>
        <w:pStyle w:val="Heading2"/>
      </w:pPr>
      <w:r>
        <w:t>24 · Crema Choco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20260603_074028.jpg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en pepitas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Añadir al final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Añadir chocolate en pepitas después de hervir y apagar.</w:t>
      </w:r>
    </w:p>
    <w:p>
      <w:r>
        <w:rPr>
          <w:b/>
        </w:rPr>
        <w:t>Dudas / revisión</w:t>
      </w:r>
    </w:p>
    <w:p>
      <w:pPr>
        <w:pStyle w:val="ListBullet"/>
      </w:pPr>
      <w:r>
        <w:t>No indica cantidad de chocolate.</w:t>
      </w:r>
    </w:p>
    <w:p>
      <w:pPr>
        <w:pStyle w:val="ListBullet"/>
      </w:pPr>
      <w:r>
        <w:t>No indica base exacta de crema.</w:t>
      </w:r>
    </w:p>
    <w:p>
      <w:pPr>
        <w:pStyle w:val="Heading2"/>
      </w:pPr>
      <w:r>
        <w:t>18 · Nata para Trufas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20260603_074007.jpg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Neutro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Ir batiendo de 2 L en 2 L al 3.</w:t>
      </w:r>
    </w:p>
    <w:p>
      <w:pPr>
        <w:ind w:left="227" w:hanging="227"/>
      </w:pPr>
      <w:r>
        <w:t>2. Batir al 2 cada vez que se eche la nata y luego otra vez al 3.</w:t>
      </w:r>
    </w:p>
    <w:p>
      <w:pPr>
        <w:ind w:left="227" w:hanging="227"/>
      </w:pPr>
      <w:r>
        <w:t>3. Añadir azúcar y neutro.</w:t>
      </w:r>
    </w:p>
    <w:p>
      <w:pPr>
        <w:ind w:left="227" w:hanging="227"/>
      </w:pPr>
      <w:r>
        <w:t>4. Montar al 3.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Escalas para 4, 6 y 8 L.</w:t>
      </w:r>
    </w:p>
    <w:p>
      <w:pPr>
        <w:pStyle w:val="Heading2"/>
      </w:pPr>
      <w:r>
        <w:t>29 · Trufa Negra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20260603_074151.jpg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negro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Calentar hasta hervir.</w:t>
      </w:r>
    </w:p>
    <w:p>
      <w:pPr>
        <w:ind w:left="227" w:hanging="227"/>
      </w:pPr>
      <w:r>
        <w:t>2. Apagar y echar chocolate.</w:t>
      </w:r>
    </w:p>
    <w:p>
      <w:pPr>
        <w:ind w:left="227" w:hanging="227"/>
      </w:pPr>
      <w:r>
        <w:t>3. Pasar batidora.</w:t>
      </w:r>
    </w:p>
    <w:p>
      <w:pPr>
        <w:pStyle w:val="Heading2"/>
      </w:pPr>
      <w:r>
        <w:t>30 · Trufa Blanca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20260603_074151.jpg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blanco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Calentar hasta hervir.</w:t>
      </w:r>
    </w:p>
    <w:p>
      <w:pPr>
        <w:ind w:left="227" w:hanging="227"/>
      </w:pPr>
      <w:r>
        <w:t>2. Apagar y echar chocolate.</w:t>
      </w:r>
    </w:p>
    <w:p>
      <w:pPr>
        <w:ind w:left="227" w:hanging="227"/>
      </w:pPr>
      <w:r>
        <w:t>3. Pasar batidora.</w:t>
      </w:r>
    </w:p>
    <w:p>
      <w:r>
        <w:br w:type="page"/>
      </w:r>
    </w:p>
    <w:p>
      <w:pPr>
        <w:pStyle w:val="Heading1"/>
      </w:pPr>
      <w:r>
        <w:t>Bollería básica</w:t>
      </w:r>
    </w:p>
    <w:p>
      <w:pPr>
        <w:pStyle w:val="Heading2"/>
      </w:pPr>
      <w:r>
        <w:t>32 · Magdalenas Aceite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20260603_074244.jpg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 enteros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90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5.184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Tanteo / Maltitol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DATO DUDOSO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 en polvo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230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2,1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girasol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5,616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Raspadura limón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7.200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Cada bolsa 2.250 g para cocer.</w:t>
      </w:r>
    </w:p>
    <w:p>
      <w:pPr>
        <w:ind w:left="227" w:hanging="227"/>
      </w:pPr>
      <w:r>
        <w:t>2. Echar huevos antes de meter harina.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Rendimiento: 11 bobas. 13 bandejas x 12 copas.</w:t>
      </w:r>
    </w:p>
    <w:p>
      <w:r>
        <w:rPr>
          <w:b/>
        </w:rPr>
        <w:t>Dudas / revisión</w:t>
      </w:r>
    </w:p>
    <w:p>
      <w:pPr>
        <w:pStyle w:val="ListBullet"/>
      </w:pPr>
      <w:r>
        <w:t>Confirmar si pone Tanteo o Maltitol.</w:t>
      </w:r>
    </w:p>
    <w:p>
      <w:pPr>
        <w:pStyle w:val="Heading2"/>
      </w:pPr>
      <w:r>
        <w:t>33 · Magdalenas de Bizcocho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20260603_074244.jpg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73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 desclaran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2.894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2.894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Impulsor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8,25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Revisar si podría ser 82,5 g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oliva virgen extra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625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Batir claras al 3. Cuando estén subidas, añadir azúcar, luego yemas y aceite.</w:t>
      </w:r>
    </w:p>
    <w:p>
      <w:pPr>
        <w:ind w:left="227" w:hanging="227"/>
      </w:pPr>
      <w:r>
        <w:t>2. Echar harina e impulsor, parar enseguida y mover a mano.</w:t>
      </w:r>
    </w:p>
    <w:p>
      <w:pPr>
        <w:ind w:left="227" w:hanging="227"/>
      </w:pPr>
      <w:r>
        <w:t>3. También se puede echar el impulsor seguido de las claras cuando hayan montado.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Temperatura: 150 ºC.</w:t>
      </w:r>
    </w:p>
    <w:p>
      <w:pPr>
        <w:pStyle w:val="ListBullet"/>
      </w:pPr>
      <w:r>
        <w:t>Reposo: 20 min.</w:t>
      </w:r>
    </w:p>
    <w:p>
      <w:pPr>
        <w:pStyle w:val="ListBullet"/>
      </w:pPr>
      <w:r>
        <w:t>Rendimiento: 10 bandejas x 15 cápsulas.</w:t>
      </w:r>
    </w:p>
    <w:p>
      <w:r>
        <w:rPr>
          <w:b/>
        </w:rPr>
        <w:t>Dudas / revisión</w:t>
      </w:r>
    </w:p>
    <w:p>
      <w:pPr>
        <w:pStyle w:val="ListBullet"/>
      </w:pPr>
      <w:r>
        <w:t>Confirmar cantidad de impulsor.</w:t>
      </w:r>
    </w:p>
    <w:p>
      <w:pPr>
        <w:pStyle w:val="Heading2"/>
      </w:pPr>
      <w:r>
        <w:t>34 · Magdalenas de Naranja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20260603_074244.jpg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Mezcla base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Usa Magdalenas de Bizcocho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Naranjas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8-10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Según tamaño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Almidón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Cantidad adicional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Echar huevos y azúcar a la vez a velocidad 3. Cuando monten, bajar al 1.</w:t>
      </w:r>
    </w:p>
    <w:p>
      <w:pPr>
        <w:ind w:left="227" w:hanging="227"/>
      </w:pPr>
      <w:r>
        <w:t>2. Echar leche, harina y almidón a la mitad, aceite, lo que queda de harina, pasar naranja y almidón y echar.</w:t>
      </w:r>
    </w:p>
    <w:p>
      <w:pPr>
        <w:ind w:left="227" w:hanging="227"/>
      </w:pPr>
      <w:r>
        <w:t>3. Terminar de mover a mano.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Reposo: 20 min.</w:t>
      </w:r>
    </w:p>
    <w:p>
      <w:r>
        <w:rPr>
          <w:b/>
        </w:rPr>
        <w:t>Dudas / revisión</w:t>
      </w:r>
    </w:p>
    <w:p>
      <w:pPr>
        <w:pStyle w:val="ListBullet"/>
      </w:pPr>
      <w:r>
        <w:t>Menciona leche, pero no aparece cantidad.</w:t>
      </w:r>
    </w:p>
    <w:p>
      <w:pPr>
        <w:pStyle w:val="Heading2"/>
      </w:pPr>
      <w:r>
        <w:t>47 · Rollos de Huevos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20260603_074502.jpg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girasol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Impulsor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Poner los huevos al 2.</w:t>
      </w:r>
    </w:p>
    <w:p>
      <w:pPr>
        <w:ind w:left="227" w:hanging="227"/>
      </w:pPr>
      <w:r>
        <w:t>2. Batir un poco y echar azúcar.</w:t>
      </w:r>
    </w:p>
    <w:p>
      <w:pPr>
        <w:ind w:left="227" w:hanging="227"/>
      </w:pPr>
      <w:r>
        <w:t>3. Cuando se disuelva, bajar al 1 y echar mitad de aceite, harina y resto de aceite.</w:t>
      </w:r>
    </w:p>
    <w:p>
      <w:pPr>
        <w:ind w:left="227" w:hanging="227"/>
      </w:pPr>
      <w:r>
        <w:t>4. En mezclarse, parar.</w:t>
      </w:r>
    </w:p>
    <w:p>
      <w:pPr>
        <w:pStyle w:val="Heading2"/>
      </w:pPr>
      <w:r>
        <w:t>48 · Rollos Sin Azúcar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20260603_074502.jpg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Maltitol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girasol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Impulsor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4,5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Echar huevos y maltitol a batir al 2.</w:t>
      </w:r>
    </w:p>
    <w:p>
      <w:pPr>
        <w:ind w:left="227" w:hanging="227"/>
      </w:pPr>
      <w:r>
        <w:t>2. Cuando se disuelva el maltitol, echar impulsor.</w:t>
      </w:r>
    </w:p>
    <w:p>
      <w:pPr>
        <w:ind w:left="227" w:hanging="227"/>
      </w:pPr>
      <w:r>
        <w:t>3. Mezclar y bajar al 1.</w:t>
      </w:r>
    </w:p>
    <w:p>
      <w:pPr>
        <w:ind w:left="227" w:hanging="227"/>
      </w:pPr>
      <w:r>
        <w:t>4. Echar mitad de aceite, harina y resto de aceite.</w:t>
      </w:r>
    </w:p>
    <w:p>
      <w:pPr>
        <w:ind w:left="227" w:hanging="227"/>
      </w:pPr>
      <w:r>
        <w:t>5. En mezclarse, parar.</w:t>
      </w:r>
    </w:p>
    <w:p>
      <w:pPr>
        <w:pStyle w:val="Heading2"/>
      </w:pPr>
      <w:r>
        <w:t>56 · Borrachos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20260603_074541.jpg / 20260603_074948.jpg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53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 desclaran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fuerza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normal /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Amoniaco / amonio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Impulsor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Pesar todo separado.</w:t>
      </w:r>
    </w:p>
    <w:p>
      <w:pPr>
        <w:ind w:left="227" w:hanging="227"/>
      </w:pPr>
      <w:r>
        <w:t>2. Poner claras a batir al 3. Cuando estén bien batidas, echar impulsor.</w:t>
      </w:r>
    </w:p>
    <w:p>
      <w:pPr>
        <w:ind w:left="227" w:hanging="227"/>
      </w:pPr>
      <w:r>
        <w:t>3. Dejar batir un poco, echar azúcar y luego amoniaco tamizado.</w:t>
      </w:r>
    </w:p>
    <w:p>
      <w:pPr>
        <w:ind w:left="227" w:hanging="227"/>
      </w:pPr>
      <w:r>
        <w:t>4. Bajar al 1, echar yemas y rápido harina tamizada.</w:t>
      </w:r>
    </w:p>
    <w:p>
      <w:pPr>
        <w:ind w:left="227" w:hanging="227"/>
      </w:pPr>
      <w:r>
        <w:t>5. Terminar a mano, antes batir al 1 un poco.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Horno: 170 ºC.</w:t>
      </w:r>
    </w:p>
    <w:p>
      <w:pPr>
        <w:pStyle w:val="ListBullet"/>
      </w:pPr>
      <w:r>
        <w:t>Rendimiento: 8 bandejas 6x4.</w:t>
      </w:r>
    </w:p>
    <w:p>
      <w:pPr>
        <w:pStyle w:val="Heading2"/>
      </w:pPr>
      <w:r>
        <w:t>57 · Preparado de Manzana / Muffin’s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20260603_074548.jpg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Manzana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 moreno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Limón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Canela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Nuez moscada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Jengibre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Dudas / revisión</w:t>
      </w:r>
    </w:p>
    <w:p>
      <w:pPr>
        <w:pStyle w:val="ListBullet"/>
      </w:pPr>
      <w:r>
        <w:t>No aparece proceso.</w:t>
      </w:r>
    </w:p>
    <w:p>
      <w:pPr>
        <w:pStyle w:val="ListBullet"/>
      </w:pPr>
      <w:r>
        <w:t>Confirmar si es bizcocho completo o preparado de fruta para muffins.</w:t>
      </w:r>
    </w:p>
    <w:p>
      <w:r>
        <w:br w:type="page"/>
      </w:r>
    </w:p>
    <w:p>
      <w:pPr>
        <w:pStyle w:val="Heading1"/>
      </w:pPr>
      <w:r>
        <w:t>Semifríos y tartas frías</w:t>
      </w:r>
    </w:p>
    <w:p>
      <w:pPr>
        <w:pStyle w:val="Heading2"/>
      </w:pPr>
      <w:r>
        <w:t>1 · Gelatina Semifrío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20260603_073809.jpg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6.000 / 4.000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Cifras tachadas/corregidas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Gelatina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Fecha anotada: 17/02.</w:t>
      </w:r>
    </w:p>
    <w:p>
      <w:r>
        <w:rPr>
          <w:b/>
        </w:rPr>
        <w:t>Dudas / revisión</w:t>
      </w:r>
    </w:p>
    <w:p>
      <w:pPr>
        <w:pStyle w:val="ListBullet"/>
      </w:pPr>
      <w:r>
        <w:t>Unidades no especificadas.</w:t>
      </w:r>
    </w:p>
    <w:p>
      <w:pPr>
        <w:pStyle w:val="ListBullet"/>
      </w:pPr>
      <w:r>
        <w:t>Confirmar cifra final de azúcar.</w:t>
      </w:r>
    </w:p>
    <w:p>
      <w:pPr>
        <w:pStyle w:val="Heading2"/>
      </w:pPr>
      <w:r>
        <w:t>26 · Vasos de Yogur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20260603_074443.jpg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 UHT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Queso Philadelphia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tarrinas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 g/tarrina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Yogur griego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son azucarados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En cubo grande, echar yogures y queso y batir hasta mezclar bien.</w:t>
      </w:r>
    </w:p>
    <w:p>
      <w:pPr>
        <w:ind w:left="227" w:hanging="227"/>
      </w:pPr>
      <w:r>
        <w:t>2. Poner nata a batir al 2. Antes de que monte, cuando se vea crema, echar yogur con queso al 1 y a continuación el semifrío.</w:t>
      </w:r>
    </w:p>
    <w:p>
      <w:pPr>
        <w:ind w:left="227" w:hanging="227"/>
      </w:pPr>
      <w:r>
        <w:t>3. Cuando esté mezclado, parar y poner en vasos preparados con bizcocho.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Rendimiento: 6 bandejas con vasos aprox.</w:t>
      </w:r>
    </w:p>
    <w:p>
      <w:pPr>
        <w:pStyle w:val="Heading2"/>
      </w:pPr>
      <w:r>
        <w:t>27 · Vasos Galicia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20260603_074135.jpg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Galleta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Una por cada capa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choco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Trufa blanca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 con trufa blanca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 de tarta de...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LEGIBLE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Montaje por capas: galleta, capa no legible, galleta, choco con trufa blanca, galleta, trufa blanca, baño choco.</w:t>
      </w:r>
    </w:p>
    <w:p>
      <w:r>
        <w:rPr>
          <w:b/>
        </w:rPr>
        <w:t>Dudas / revisión</w:t>
      </w:r>
    </w:p>
    <w:p>
      <w:pPr>
        <w:pStyle w:val="ListBullet"/>
      </w:pPr>
      <w:r>
        <w:t>Una capa no legible.</w:t>
      </w:r>
    </w:p>
    <w:p>
      <w:pPr>
        <w:pStyle w:val="Heading2"/>
      </w:pPr>
      <w:r>
        <w:t>35 · Bizcochos Semifríos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20260603_074953.jpg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1.050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Almidón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Cacao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Batir huevos y azúcar y montarlo.</w:t>
      </w:r>
    </w:p>
    <w:p>
      <w:pPr>
        <w:ind w:left="227" w:hanging="227"/>
      </w:pPr>
      <w:r>
        <w:t>2. Echar harina con almidón y cacao.</w:t>
      </w:r>
    </w:p>
    <w:p>
      <w:pPr>
        <w:ind w:left="227" w:hanging="227"/>
      </w:pPr>
      <w:r>
        <w:t>3. Echar al 1 para terminar de mezclar.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Horno: 200 ºC.</w:t>
      </w:r>
    </w:p>
    <w:p>
      <w:pPr>
        <w:pStyle w:val="ListBullet"/>
      </w:pPr>
      <w:r>
        <w:t>Tiempo: 7 min.</w:t>
      </w:r>
    </w:p>
    <w:p>
      <w:r>
        <w:rPr>
          <w:b/>
        </w:rPr>
        <w:t>Dudas / revisión</w:t>
      </w:r>
    </w:p>
    <w:p>
      <w:pPr>
        <w:pStyle w:val="ListBullet"/>
      </w:pPr>
      <w:r>
        <w:t>Frase original “montarlo así nos cae” requiere confirmar punto exacto.</w:t>
      </w:r>
    </w:p>
    <w:p>
      <w:pPr>
        <w:pStyle w:val="Heading2"/>
      </w:pPr>
      <w:r>
        <w:t>36 · Tarta Tres Chocolates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20260603_074254.jpg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Galletas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1.600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kg/g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Base; revisar unidad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Mantequilla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900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Cuajada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sobres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 en polvo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900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blanco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con leche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Nota 150 B / 500 N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negro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Picar galletas, deshacer mantequilla, mezclar y poner en moldes.</w:t>
      </w:r>
    </w:p>
    <w:p>
      <w:pPr>
        <w:ind w:left="227" w:hanging="227"/>
      </w:pPr>
      <w:r>
        <w:t>2. Batir 3 L de agua y poner 300 g de leche en polvo.</w:t>
      </w:r>
    </w:p>
    <w:p>
      <w:pPr>
        <w:ind w:left="227" w:hanging="227"/>
      </w:pPr>
      <w:r>
        <w:t>3. Separar en bol leche para mezclar 14 sobres de cuajada.</w:t>
      </w:r>
    </w:p>
    <w:p>
      <w:pPr>
        <w:ind w:left="227" w:hanging="227"/>
      </w:pPr>
      <w:r>
        <w:t>4. En olla, poner leche y nata a calentar. A 85 ºC echar cuajada y mover.</w:t>
      </w:r>
    </w:p>
    <w:p>
      <w:pPr>
        <w:ind w:left="227" w:hanging="227"/>
      </w:pPr>
      <w:r>
        <w:t>5. Echar primer chocolate, remover, retirar del fuego y echar en la galleta.</w:t>
      </w:r>
    </w:p>
    <w:p>
      <w:pPr>
        <w:ind w:left="227" w:hanging="227"/>
      </w:pPr>
      <w:r>
        <w:t>6. Repetir con todos los chocolates.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Temperatura mezcla: 85 ºC.</w:t>
      </w:r>
    </w:p>
    <w:p>
      <w:pPr>
        <w:pStyle w:val="ListBullet"/>
      </w:pPr>
      <w:r>
        <w:t>Moldes: M18 y M14.</w:t>
      </w:r>
    </w:p>
    <w:p>
      <w:r>
        <w:rPr>
          <w:b/>
        </w:rPr>
        <w:t>Dudas / revisión</w:t>
      </w:r>
    </w:p>
    <w:p>
      <w:pPr>
        <w:pStyle w:val="ListBullet"/>
      </w:pPr>
      <w:r>
        <w:t>Nota “150 B / 500 N” en chocolate con leche.</w:t>
      </w:r>
    </w:p>
    <w:p>
      <w:pPr>
        <w:pStyle w:val="Heading2"/>
      </w:pPr>
      <w:r>
        <w:t>55 · Semifrío Kinder y Lotus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20260603_074531.jpg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Nutella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Sin cantidad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Rocher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Sin cantidad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Cacao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Sin cantidad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Kimo Crema Poratos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Sin cantidad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Se pone Nutella, Rocher y más cacao.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Rendimiento: 12 L de crema para 14 bandejas.</w:t>
      </w:r>
    </w:p>
    <w:p>
      <w:r>
        <w:rPr>
          <w:b/>
        </w:rPr>
        <w:t>Dudas / revisión</w:t>
      </w:r>
    </w:p>
    <w:p>
      <w:pPr>
        <w:pStyle w:val="ListBullet"/>
      </w:pPr>
      <w:r>
        <w:t>Faltan cantidades. Parece nota de sabor, no receta completa.</w:t>
      </w:r>
    </w:p>
    <w:p>
      <w:pPr>
        <w:pStyle w:val="Heading2"/>
      </w:pPr>
      <w:r>
        <w:t>67 · Bombas Maracuyá / Mango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20260603_074732.jpg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Trufa blanca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Yema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De tartas de merengue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1.800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Rendimiento: 156 o 105 bombas según anotación.</w:t>
      </w:r>
    </w:p>
    <w:p>
      <w:pPr>
        <w:pStyle w:val="ListBullet"/>
      </w:pPr>
      <w:r>
        <w:t>Nota: 2700 Semi para 6 L frío.</w:t>
      </w:r>
    </w:p>
    <w:p>
      <w:r>
        <w:rPr>
          <w:b/>
        </w:rPr>
        <w:t>Dudas / revisión</w:t>
      </w:r>
    </w:p>
    <w:p>
      <w:pPr>
        <w:pStyle w:val="ListBullet"/>
      </w:pPr>
      <w:r>
        <w:t>Confirmar rendimiento correcto.</w:t>
      </w:r>
    </w:p>
    <w:p>
      <w:pPr>
        <w:pStyle w:val="Heading2"/>
      </w:pPr>
      <w:r>
        <w:t>80 · Tarta Yogurt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20260603_075001.jpg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2.000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Semifrío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Queso untar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1.800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Yogurt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Galleta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Mantequilla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</w:t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Escalado: DOBLE 5 T.1 / 4 T.2.</w:t>
      </w:r>
    </w:p>
    <w:p>
      <w:r>
        <w:rPr>
          <w:b/>
        </w:rPr>
        <w:t>Dudas / revisión</w:t>
      </w:r>
    </w:p>
    <w:p>
      <w:pPr>
        <w:pStyle w:val="ListBullet"/>
      </w:pPr>
      <w:r>
        <w:t>Unidades no indicadas en mezcla principal.</w:t>
      </w:r>
    </w:p>
    <w:p>
      <w:r>
        <w:br w:type="page"/>
      </w:r>
    </w:p>
    <w:p>
      <w:pPr>
        <w:pStyle w:val="Heading1"/>
      </w:pPr>
      <w:r>
        <w:t>Navidad y clásicos de campaña</w:t>
      </w:r>
    </w:p>
    <w:p>
      <w:pPr>
        <w:pStyle w:val="Heading2"/>
      </w:pPr>
      <w:r>
        <w:t>7 · Tocinos de Cielo Caramelo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20260603_073836.jpg / 20260603_073910.jpg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1.900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Poner a hervir.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Rendimiento: para 8 tocineras.</w:t>
      </w:r>
    </w:p>
    <w:p>
      <w:pPr>
        <w:pStyle w:val="Heading2"/>
      </w:pPr>
      <w:r>
        <w:t>8 · Tocinos de Cielo Mezcla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20260603_073910.jpg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Yemas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 enteros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Poner todo y batir con batidora.</w:t>
      </w:r>
    </w:p>
    <w:p>
      <w:r>
        <w:rPr>
          <w:b/>
        </w:rPr>
        <w:t>Dudas / revisión</w:t>
      </w:r>
    </w:p>
    <w:p>
      <w:pPr>
        <w:pStyle w:val="ListBullet"/>
      </w:pPr>
      <w:r>
        <w:t>Dibujos con anotación “Poner 2 tazas”. Confirmar relación con leche.</w:t>
      </w:r>
    </w:p>
    <w:p>
      <w:pPr>
        <w:pStyle w:val="Heading2"/>
      </w:pPr>
      <w:r>
        <w:t>9 · Tortas Manteca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20260603_073924.jpg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fuerza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Sal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Levadura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90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Masa madre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Mezclar levadura con un poco de agua.</w:t>
      </w:r>
    </w:p>
    <w:p>
      <w:pPr>
        <w:ind w:left="227" w:hanging="227"/>
      </w:pPr>
      <w:r>
        <w:t>2. Poner en máquina un poco de agua e ir añadiendo lo demás.</w:t>
      </w:r>
    </w:p>
    <w:p>
      <w:pPr>
        <w:ind w:left="227" w:hanging="227"/>
      </w:pPr>
      <w:r>
        <w:t>3. Lo último, la levadura.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Peso bola: 90 g.</w:t>
      </w:r>
    </w:p>
    <w:p>
      <w:pPr>
        <w:pStyle w:val="ListBullet"/>
      </w:pPr>
      <w:r>
        <w:t>Escala x2 visible.</w:t>
      </w:r>
    </w:p>
    <w:p>
      <w:pPr>
        <w:pStyle w:val="Heading2"/>
      </w:pPr>
      <w:r>
        <w:t>10 · Tocinos Producción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20260603_073924.jpg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Jarabe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Jarabe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Yemas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Mezcla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 enteros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Mezcla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Nota: 2 L agua + 200 g leche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En cazo hervir agua y azúcar hasta 112 ºC.</w:t>
      </w:r>
    </w:p>
    <w:p>
      <w:pPr>
        <w:ind w:left="227" w:hanging="227"/>
      </w:pPr>
      <w:r>
        <w:t>2. Mezclar en bol yemas, huevos y leche.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Jarabe: 112 ºC.</w:t>
      </w:r>
    </w:p>
    <w:p>
      <w:pPr>
        <w:pStyle w:val="ListBullet"/>
      </w:pPr>
      <w:r>
        <w:t>Horno: 1:30 h o 2:00 h, 92 a 98 ºC, humedad 60.</w:t>
      </w:r>
    </w:p>
    <w:p>
      <w:r>
        <w:rPr>
          <w:b/>
        </w:rPr>
        <w:t>Dudas / revisión</w:t>
      </w:r>
    </w:p>
    <w:p>
      <w:pPr>
        <w:pStyle w:val="ListBullet"/>
      </w:pPr>
      <w:r>
        <w:t>Confirmar leche: líquida o leche en polvo rehidratada.</w:t>
      </w:r>
    </w:p>
    <w:p>
      <w:pPr>
        <w:pStyle w:val="Heading2"/>
      </w:pPr>
      <w:r>
        <w:t>17 · Pasteles de Gloria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20260603_074007.jpg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Claras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900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Batir claras al 3.</w:t>
      </w:r>
    </w:p>
    <w:p>
      <w:pPr>
        <w:ind w:left="227" w:hanging="227"/>
      </w:pPr>
      <w:r>
        <w:t>2. Cuando monte, poner al 1 y echar azúcar.</w:t>
      </w:r>
    </w:p>
    <w:p>
      <w:pPr>
        <w:ind w:left="227" w:hanging="227"/>
      </w:pPr>
      <w:r>
        <w:t>3. Poner al 2.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Escalas: 1 L claras / 1.200 azúcar; 1,5 L claras / 1.800 azúcar. Nota: 3 bandejas.</w:t>
      </w:r>
    </w:p>
    <w:p>
      <w:pPr>
        <w:pStyle w:val="Heading2"/>
      </w:pPr>
      <w:r>
        <w:t>68 · Sequillos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20260603_074739.jpg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fuerte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3.000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Nota: encostración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girasol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2.250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Impulsor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Bicarbonato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 enteros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48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Batir 15 minutos a velocidad 3.</w:t>
      </w:r>
    </w:p>
    <w:p>
      <w:pPr>
        <w:ind w:left="227" w:hanging="227"/>
      </w:pPr>
      <w:r>
        <w:t>2. Hornear.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Horno: 160 ºC.</w:t>
      </w:r>
    </w:p>
    <w:p>
      <w:pPr>
        <w:pStyle w:val="ListBullet"/>
      </w:pPr>
      <w:r>
        <w:t>Tiempo: 45 min.</w:t>
      </w:r>
    </w:p>
    <w:p>
      <w:pPr>
        <w:pStyle w:val="ListBullet"/>
      </w:pPr>
      <w:r>
        <w:t>Ventilador: 2.</w:t>
      </w:r>
    </w:p>
    <w:p>
      <w:pPr>
        <w:pStyle w:val="ListBullet"/>
      </w:pPr>
      <w:r>
        <w:t>Nota: sin abrir.</w:t>
      </w:r>
    </w:p>
    <w:p>
      <w:pPr>
        <w:pStyle w:val="Heading2"/>
      </w:pPr>
      <w:r>
        <w:t>69 · Careo Sequillos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20260603_074743.jpg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Corregida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Batido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Claragel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Batido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3.000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Cazo; confirmado por Raúl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Cazo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Batir agua con Claragel.</w:t>
      </w:r>
    </w:p>
    <w:p>
      <w:pPr>
        <w:ind w:left="227" w:hanging="227"/>
      </w:pPr>
      <w:r>
        <w:t>2. En un cazo poner azúcar y agua a punto de hebra floja.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Temperatura: aprox. 104 ºC.</w:t>
      </w:r>
    </w:p>
    <w:p>
      <w:pPr>
        <w:pStyle w:val="Heading2"/>
      </w:pPr>
      <w:r>
        <w:t>70 · Manteca de Aceite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20260603_074815.jpg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oliva virgen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kg/L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Revisar unidad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 x2 visible.</w:t>
      </w:r>
    </w:p>
    <w:p>
      <w:r>
        <w:rPr>
          <w:b/>
        </w:rPr>
        <w:t>Dudas / revisión</w:t>
      </w:r>
    </w:p>
    <w:p>
      <w:pPr>
        <w:pStyle w:val="ListBullet"/>
      </w:pPr>
      <w:r>
        <w:t>Aceite aparece como kg, pero escala x2 indica 2 L.</w:t>
      </w:r>
    </w:p>
    <w:p>
      <w:pPr>
        <w:pStyle w:val="Heading2"/>
      </w:pPr>
      <w:r>
        <w:t>71 · Manteca Corriente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20260603_074822.jpg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 x3: 9 kg azúcar, 9 kg manteca, 18 kg harina.</w:t>
      </w:r>
    </w:p>
    <w:p>
      <w:pPr>
        <w:pStyle w:val="Heading2"/>
      </w:pPr>
      <w:r>
        <w:t>72 · Almendrado de Coco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20260603_074828.jpg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Corregida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Confirmado por Raúl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1.000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Cabello de ángel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Jarabe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pPr>
        <w:pStyle w:val="Heading2"/>
      </w:pPr>
      <w:r>
        <w:t>73 · Almendrado de Almendra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20260603_074834.jpg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Corregida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Almendra molida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Confirmado por Raúl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1.000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Yema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Ralladura limón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Cabello de ángel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Almendra palillo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pPr>
        <w:pStyle w:val="Heading2"/>
      </w:pPr>
      <w:r>
        <w:t>74 · Torticas Finas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20260603_074838.jpg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oliva virgen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Corteza de limón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no indicada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Yemas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Nota: 3,5 L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Almendra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1,5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No aparece proceso textual; indica “Tostar” junto a almendra.</w:t>
      </w:r>
    </w:p>
    <w:p>
      <w:r>
        <w:rPr>
          <w:b/>
        </w:rPr>
        <w:t>Dudas / revisión</w:t>
      </w:r>
    </w:p>
    <w:p>
      <w:pPr>
        <w:pStyle w:val="ListBullet"/>
      </w:pPr>
      <w:r>
        <w:t>Esencia de anís: “preguntar a Raúl”.</w:t>
      </w:r>
    </w:p>
    <w:p>
      <w:pPr>
        <w:pStyle w:val="ListBullet"/>
      </w:pPr>
      <w:r>
        <w:t>Azúcar sin unidad.</w:t>
      </w:r>
    </w:p>
    <w:p>
      <w:pPr>
        <w:pStyle w:val="Heading2"/>
      </w:pPr>
      <w:r>
        <w:t>75 · Nevaditos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20260603_074844.jpg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1.360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no indicada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Vino blanco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640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no indicada</w:t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 x3 visible: 4.080 manteca, 1.920 vino blanco. Nota: V/B = 6.</w:t>
      </w:r>
    </w:p>
    <w:p>
      <w:r>
        <w:rPr>
          <w:b/>
        </w:rPr>
        <w:t>Dudas / revisión</w:t>
      </w:r>
    </w:p>
    <w:p>
      <w:pPr>
        <w:pStyle w:val="ListBullet"/>
      </w:pPr>
      <w:r>
        <w:t>Confirmar unidades de manteca y vino blanco.</w:t>
      </w:r>
    </w:p>
    <w:p>
      <w:pPr>
        <w:pStyle w:val="Heading2"/>
      </w:pPr>
      <w:r>
        <w:t>76 · Polvorón Harina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20260603_074849.jpg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tostada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 lustre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pPr>
        <w:pStyle w:val="Heading2"/>
      </w:pPr>
      <w:r>
        <w:t>77 · Polvorones Almendra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20260603_074854.jpg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tostada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 glas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Almendra tostada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 x3 visible.</w:t>
      </w:r>
    </w:p>
    <w:p>
      <w:pPr>
        <w:pStyle w:val="Heading2"/>
      </w:pPr>
      <w:r>
        <w:t>78 · Mantecado Antequera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20260603_074858.jpg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1.800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 lustre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2.400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Claras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260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 x3 visible.</w:t>
      </w:r>
    </w:p>
    <w:p>
      <w:r>
        <w:rPr>
          <w:b/>
        </w:rPr>
        <w:t>Dudas / revisión</w:t>
      </w:r>
    </w:p>
    <w:p>
      <w:pPr>
        <w:pStyle w:val="ListBullet"/>
      </w:pPr>
      <w:r>
        <w:t>No especifica unidades, presumiblemente gramos.</w:t>
      </w:r>
    </w:p>
    <w:p>
      <w:r>
        <w:br w:type="page"/>
      </w:r>
    </w:p>
    <w:p>
      <w:pPr>
        <w:pStyle w:val="Heading1"/>
      </w:pPr>
      <w:r>
        <w:t>Chocolate, baños y rolls</w:t>
      </w:r>
    </w:p>
    <w:p>
      <w:pPr>
        <w:pStyle w:val="Heading2"/>
      </w:pPr>
      <w:r>
        <w:t>38/50 · Torta Boba / Tarta Sacher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20260603_074349.jpg / 20260603_074701.jpg / 20260603_074511.jpg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 condensada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bote grande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girasol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Impulsor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Raspadura limón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 una cucharada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48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pepitas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Cacao polvo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Poner huevos a batir al 3.</w:t>
      </w:r>
    </w:p>
    <w:p>
      <w:pPr>
        <w:ind w:left="227" w:hanging="227"/>
      </w:pPr>
      <w:r>
        <w:t>2. Cuando estén esponjosos, echar impulsor, batir y subir.</w:t>
      </w:r>
    </w:p>
    <w:p>
      <w:pPr>
        <w:ind w:left="227" w:hanging="227"/>
      </w:pPr>
      <w:r>
        <w:t>3. Echar azúcar y dejar batir.</w:t>
      </w:r>
    </w:p>
    <w:p>
      <w:pPr>
        <w:ind w:left="227" w:hanging="227"/>
      </w:pPr>
      <w:r>
        <w:t>4. Echar limón, nata y leche condensada.</w:t>
      </w:r>
    </w:p>
    <w:p>
      <w:pPr>
        <w:ind w:left="227" w:hanging="227"/>
      </w:pPr>
      <w:r>
        <w:t>5. Bajar al 1 y echar aceite, harina y cacao.</w:t>
      </w:r>
    </w:p>
    <w:p>
      <w:pPr>
        <w:ind w:left="227" w:hanging="227"/>
      </w:pPr>
      <w:r>
        <w:t>6. Añadir pepitas y mezclar bien.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Rendimiento: 7 bandejas. 2.250 g o 2.400 g según anotación.</w:t>
      </w:r>
    </w:p>
    <w:p>
      <w:r>
        <w:rPr>
          <w:b/>
        </w:rPr>
        <w:t>Dudas / revisión</w:t>
      </w:r>
    </w:p>
    <w:p>
      <w:pPr>
        <w:pStyle w:val="ListBullet"/>
      </w:pPr>
      <w:r>
        <w:t>Confirmar peso exacto por bandeja: aparece 2.250 g en Nº38 y 2.400 g en Nº50.</w:t>
      </w:r>
    </w:p>
    <w:p>
      <w:pPr>
        <w:pStyle w:val="Heading2"/>
      </w:pPr>
      <w:r>
        <w:t>43 · Rolls Base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20260603_074518.jpg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 blanco líquido de roll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Ingrediente base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Roll Pistacho: 5 kg choco blanco + 1 kg pistacho concentrado.</w:t>
      </w:r>
    </w:p>
    <w:p>
      <w:pPr>
        <w:ind w:left="227" w:hanging="227"/>
      </w:pPr>
      <w:r>
        <w:t>2. Roll Turrón: 2 kg choco blanco + 3 kg turrón.</w:t>
      </w:r>
    </w:p>
    <w:p>
      <w:r>
        <w:rPr>
          <w:b/>
        </w:rPr>
        <w:t>Dudas / revisión</w:t>
      </w:r>
    </w:p>
    <w:p>
      <w:pPr>
        <w:pStyle w:val="ListBullet"/>
      </w:pPr>
      <w:r>
        <w:t>No aparece receta del chocolate blanco líquido de roll.</w:t>
      </w:r>
    </w:p>
    <w:p>
      <w:pPr>
        <w:pStyle w:val="Heading2"/>
      </w:pPr>
      <w:r>
        <w:t>51 · Roll de Oreo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20260603_074518.jpg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 suave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 blanco líquido de roll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Galleta Oreo triturada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 ojo</w:t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Dudas / revisión</w:t>
      </w:r>
    </w:p>
    <w:p>
      <w:pPr>
        <w:pStyle w:val="ListBullet"/>
      </w:pPr>
      <w:r>
        <w:t>Cantidades a ojo.</w:t>
      </w:r>
    </w:p>
    <w:p>
      <w:pPr>
        <w:pStyle w:val="Heading2"/>
      </w:pPr>
      <w:r>
        <w:t>52 · Baños Kinder / Lotus / Pistacho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20260603_074526.jpg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Kinder: Chocolate blanco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g?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Revisar unidad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Kinder: Chocolate negro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Kinder: Manteca cacao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Kinder: Avellana triturada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Lotus: Chocolate negro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2.400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no indicada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Lotus: Chocolate blanco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no indicada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Lotus: Galleta Lotus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Lotus: Manteca cacao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Lotus: Caramelo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no indicada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Lotus: Sal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Lotus: Nuez moscada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Lotus: Jengibre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Lotus: Canela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Pistacho: Chocolate blanco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Pistacho: Manteca cacao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Pistacho: Pistacho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No triturado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Baño Pistacho: Pasta pistacho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130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Dudas / revisión</w:t>
      </w:r>
    </w:p>
    <w:p>
      <w:pPr>
        <w:pStyle w:val="ListBullet"/>
      </w:pPr>
      <w:r>
        <w:t>Varias unidades no indicadas.</w:t>
      </w:r>
    </w:p>
    <w:p>
      <w:pPr>
        <w:pStyle w:val="Heading2"/>
      </w:pPr>
      <w:r>
        <w:t>62 · Verigato C.K / Pastel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20260603_074602.jpg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blanco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6.000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g?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Revisar unidad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 vivo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Pasta</w:t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Dudas / revisión</w:t>
      </w:r>
    </w:p>
    <w:p>
      <w:pPr>
        <w:pStyle w:val="ListBullet"/>
      </w:pPr>
      <w:r>
        <w:t>Confirmar unidad del chocolate blanco.</w:t>
      </w:r>
    </w:p>
    <w:p>
      <w:pPr>
        <w:pStyle w:val="Heading2"/>
      </w:pPr>
      <w:r>
        <w:t>64 · Chocolate Varios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20260603_074626.jpg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 Valor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1.480 / 2.960 / 5.920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Simple / doble / triple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5.926 / 11.852 / 23.704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 en polvo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593 / 1.186 / 2.372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Escalas simple, doble y triple.</w:t>
      </w:r>
    </w:p>
    <w:p>
      <w:r>
        <w:rPr>
          <w:b/>
        </w:rPr>
        <w:t>Dudas / revisión</w:t>
      </w:r>
    </w:p>
    <w:p>
      <w:pPr>
        <w:pStyle w:val="ListBullet"/>
      </w:pPr>
      <w:r>
        <w:t>No especifica unidades.</w:t>
      </w:r>
    </w:p>
    <w:p>
      <w:pPr>
        <w:pStyle w:val="Heading2"/>
      </w:pPr>
      <w:r>
        <w:t>66 · Crujiente Pistacho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20260603_074721.jpg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Chocolate blanco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g?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Revisar unidad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Pasta pistacho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1.040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g?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Revisar unidad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Paillete feuilletine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oliva suave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240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Pistacho triturado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Dudas / revisión</w:t>
      </w:r>
    </w:p>
    <w:p>
      <w:pPr>
        <w:pStyle w:val="ListBullet"/>
      </w:pPr>
      <w:r>
        <w:t>Confirmar unidades de chocolate blanco y pasta pistacho.</w:t>
      </w:r>
    </w:p>
    <w:p>
      <w:r>
        <w:br w:type="page"/>
      </w:r>
    </w:p>
    <w:p>
      <w:pPr>
        <w:pStyle w:val="Heading1"/>
      </w:pPr>
      <w:r>
        <w:t>Granizados y bebidas</w:t>
      </w:r>
    </w:p>
    <w:p>
      <w:pPr>
        <w:pStyle w:val="Heading2"/>
      </w:pPr>
      <w:r>
        <w:t>58 · Granizado Limón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20260603_074548.jpg / 20260603_074552.jpg / 20260603_074555.jpg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Dextrosa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Concentrado limón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Formato pendiente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Bloque adicional: Limón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Relación no explicada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Bloque adicional: 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175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Bloque adicional: Ácido cítrico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Bloque adicional: 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Dudas / revisión</w:t>
      </w:r>
    </w:p>
    <w:p>
      <w:pPr>
        <w:pStyle w:val="ListBullet"/>
      </w:pPr>
      <w:r>
        <w:t>Formato de concentrado limón.</w:t>
      </w:r>
    </w:p>
    <w:p>
      <w:pPr>
        <w:pStyle w:val="ListBullet"/>
      </w:pPr>
      <w:r>
        <w:t>No se sabe si el bloque adicional es concentrado, refuerzo o corrección.</w:t>
      </w:r>
    </w:p>
    <w:p>
      <w:pPr>
        <w:pStyle w:val="Heading2"/>
      </w:pPr>
      <w:r>
        <w:t>59 · Granizado Café / Descafeinado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20260603_074548.jpg / 20260603_074552.jpg / 20260603_074555.jpg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Café: 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Café: Dextrosa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Café: Café molido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Café: 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Descafeinado: Maltitol / Matitol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Sustituye azúcar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Descafeinado: Dextrosa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Descafeinado: Café descafeinado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Descafeinado: 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Dudas / revisión</w:t>
      </w:r>
    </w:p>
    <w:p>
      <w:pPr>
        <w:pStyle w:val="ListBullet"/>
      </w:pPr>
      <w:r>
        <w:t>Confirmar escritura Matitol = Maltitol.</w:t>
      </w:r>
    </w:p>
    <w:p>
      <w:pPr>
        <w:pStyle w:val="Heading2"/>
      </w:pPr>
      <w:r>
        <w:t>60 · Cebada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20260603_074602.jpg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Dextrosa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Cebada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pPr>
        <w:pStyle w:val="Heading2"/>
      </w:pPr>
      <w:r>
        <w:t>61 · Leche Preparada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20260603_074602.jpg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Leche 26%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Dextrosa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Ramas canela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Limón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cucharadas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Dudas / revisión</w:t>
      </w:r>
    </w:p>
    <w:p>
      <w:pPr>
        <w:pStyle w:val="ListBullet"/>
      </w:pPr>
      <w:r>
        <w:t>Limón: no indica si zumo, ralladura o concentrado.</w:t>
      </w:r>
    </w:p>
    <w:p>
      <w:r>
        <w:br w:type="page"/>
      </w:r>
    </w:p>
    <w:p>
      <w:pPr>
        <w:pStyle w:val="Heading1"/>
      </w:pPr>
      <w:r>
        <w:t>Pastelería general y varios</w:t>
      </w:r>
    </w:p>
    <w:p>
      <w:pPr>
        <w:pStyle w:val="Heading2"/>
      </w:pPr>
      <w:r>
        <w:t>12 · Miñuita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20260603_073942.jpg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Escala 7,5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oliva virgen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5.250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ml?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DATO DUDOSO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Sal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Escala 225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Bicarbonato sódico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Escala 75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Sacar planchas y pasar erizo.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Rendimiento: para 17-18.</w:t>
      </w:r>
    </w:p>
    <w:p>
      <w:r>
        <w:rPr>
          <w:b/>
        </w:rPr>
        <w:t>Dudas / revisión</w:t>
      </w:r>
    </w:p>
    <w:p>
      <w:pPr>
        <w:pStyle w:val="ListBullet"/>
      </w:pPr>
      <w:r>
        <w:t>Aceite figura como 5250 L, probablemente ml o g.</w:t>
      </w:r>
    </w:p>
    <w:p>
      <w:pPr>
        <w:pStyle w:val="Heading2"/>
      </w:pPr>
      <w:r>
        <w:t>13 · Empanada Gallega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20260603_073942.jpg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Pisto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botes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Relleno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Atún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Relleno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 hervidos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Relleno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Planchas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Masa; pasar erizo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Mezclar relleno.</w:t>
      </w:r>
    </w:p>
    <w:p>
      <w:pPr>
        <w:ind w:left="227" w:hanging="227"/>
      </w:pPr>
      <w:r>
        <w:t>2. Poner 1060 g cada plancha y tapar.</w:t>
      </w:r>
    </w:p>
    <w:p>
      <w:pPr>
        <w:ind w:left="227" w:hanging="227"/>
      </w:pPr>
      <w:r>
        <w:t>3. Recortar bordes.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Peso por unidad: 1060 g de relleno por plancha.</w:t>
      </w:r>
    </w:p>
    <w:p>
      <w:pPr>
        <w:pStyle w:val="Heading2"/>
      </w:pPr>
      <w:r>
        <w:t>14 · Petisú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20260603_073942.jpg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Olla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Manteca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Olla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1.800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Masa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Masa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En olla poner agua y manteca.</w:t>
      </w:r>
    </w:p>
    <w:p>
      <w:pPr>
        <w:ind w:left="227" w:hanging="227"/>
      </w:pPr>
      <w:r>
        <w:t>2. Cuando hierva, echar harina y apagar. Mezclar bien.</w:t>
      </w:r>
    </w:p>
    <w:p>
      <w:pPr>
        <w:ind w:left="227" w:hanging="227"/>
      </w:pPr>
      <w:r>
        <w:t>3. Poner en mesa para enfriar.</w:t>
      </w:r>
    </w:p>
    <w:p>
      <w:pPr>
        <w:ind w:left="227" w:hanging="227"/>
      </w:pPr>
      <w:r>
        <w:t>4. Poner en máquina al 1 e ir echando huevos.</w:t>
      </w:r>
    </w:p>
    <w:p>
      <w:pPr>
        <w:ind w:left="227" w:hanging="227"/>
      </w:pPr>
      <w:r>
        <w:t>5. Una vez mezclado, 5 minutos al 3.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Precalentar horno a 220 ºC.</w:t>
      </w:r>
    </w:p>
    <w:p>
      <w:pPr>
        <w:pStyle w:val="ListBullet"/>
      </w:pPr>
      <w:r>
        <w:t>Fase 1: 4 min a 180 ºC, humedad 20, ventilador 2.</w:t>
      </w:r>
    </w:p>
    <w:p>
      <w:pPr>
        <w:pStyle w:val="ListBullet"/>
      </w:pPr>
      <w:r>
        <w:t>Fase 2: 25 min a 160 ºC, humedad 0, ventilador 2.</w:t>
      </w:r>
    </w:p>
    <w:p>
      <w:pPr>
        <w:pStyle w:val="Heading2"/>
      </w:pPr>
      <w:r>
        <w:t>15 · Merengue Sin Azúcar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20260603_073954.jpg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Maltitol / Matitol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Olla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Olla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Claragel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Máquina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Máquina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Hervir maltitol con agua en olla.</w:t>
      </w:r>
    </w:p>
    <w:p>
      <w:pPr>
        <w:ind w:left="227" w:hanging="227"/>
      </w:pPr>
      <w:r>
        <w:t>2. Batir Claragel con agua en máquina.</w:t>
      </w:r>
    </w:p>
    <w:p>
      <w:r>
        <w:rPr>
          <w:b/>
        </w:rPr>
        <w:t>Dudas / revisión</w:t>
      </w:r>
    </w:p>
    <w:p>
      <w:pPr>
        <w:pStyle w:val="ListBullet"/>
      </w:pPr>
      <w:r>
        <w:t>Escrito como Matitol; se asume Maltitol por contexto.</w:t>
      </w:r>
    </w:p>
    <w:p>
      <w:pPr>
        <w:pStyle w:val="Heading2"/>
      </w:pPr>
      <w:r>
        <w:t>16 · Batido Merengue P-M-G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20260603_073954.jpg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Máquina; escala mediana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Claragel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Máquina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Claraval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Máquina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2.400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Olla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Olla; cantidad no indicada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Poner en máquina a batir al 2 agua + Claragel + Claraval.</w:t>
      </w:r>
    </w:p>
    <w:p>
      <w:pPr>
        <w:ind w:left="227" w:hanging="227"/>
      </w:pPr>
      <w:r>
        <w:t>2. En olla, azúcar + agua hasta punto bola floja, 120 ºC.</w:t>
      </w:r>
    </w:p>
    <w:p>
      <w:pPr>
        <w:ind w:left="227" w:hanging="227"/>
      </w:pPr>
      <w:r>
        <w:t>3. Al llegar a 120 ºC, poner máquina al 3 e ir echando lo de la olla.</w:t>
      </w:r>
    </w:p>
    <w:p>
      <w:pPr>
        <w:ind w:left="227" w:hanging="227"/>
      </w:pPr>
      <w:r>
        <w:t>4. Poner al 2 hasta que toque y no queme.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Pequeño: 500 ml agua / 1.200 g azúcar.</w:t>
      </w:r>
    </w:p>
    <w:p>
      <w:pPr>
        <w:pStyle w:val="ListBullet"/>
      </w:pPr>
      <w:r>
        <w:t>Grande: 1,5 L agua / 3.600 g azúcar.</w:t>
      </w:r>
    </w:p>
    <w:p>
      <w:r>
        <w:rPr>
          <w:b/>
        </w:rPr>
        <w:t>Dudas / revisión</w:t>
      </w:r>
    </w:p>
    <w:p>
      <w:pPr>
        <w:pStyle w:val="ListBullet"/>
      </w:pPr>
      <w:r>
        <w:t>No indica agua del almíbar de la olla.</w:t>
      </w:r>
    </w:p>
    <w:p>
      <w:pPr>
        <w:pStyle w:val="Heading2"/>
      </w:pPr>
      <w:r>
        <w:t>31 · Mascarpone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20260603_074226.jpg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Almidón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Ácido cítrico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tapones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imprecisa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Calentar nata en olla.</w:t>
      </w:r>
    </w:p>
    <w:p>
      <w:pPr>
        <w:ind w:left="227" w:hanging="227"/>
      </w:pPr>
      <w:r>
        <w:t>2. Cuando esté caliente, sacar 2 jarras y mezclar en bol con almidón y varilla.</w:t>
      </w:r>
    </w:p>
    <w:p>
      <w:pPr>
        <w:ind w:left="227" w:hanging="227"/>
      </w:pPr>
      <w:r>
        <w:t>3. Echar en la olla con la nata calentando los 3 tapones de ácido cítrico y mover.</w:t>
      </w:r>
    </w:p>
    <w:p>
      <w:pPr>
        <w:ind w:left="227" w:hanging="227"/>
      </w:pPr>
      <w:r>
        <w:t>4. Incorporar mezcla disuelta de nata y almidón.</w:t>
      </w:r>
    </w:p>
    <w:p>
      <w:pPr>
        <w:ind w:left="227" w:hanging="227"/>
      </w:pPr>
      <w:r>
        <w:t>5. Mover hasta que espese y se vea hervir.</w:t>
      </w:r>
    </w:p>
    <w:p>
      <w:pPr>
        <w:ind w:left="227" w:hanging="227"/>
      </w:pPr>
      <w:r>
        <w:t>6. Extender en bandeja para enfriar. Tapar con film para que no haga costra.</w:t>
      </w:r>
    </w:p>
    <w:p>
      <w:r>
        <w:rPr>
          <w:b/>
        </w:rPr>
        <w:t>Dudas / revisión</w:t>
      </w:r>
    </w:p>
    <w:p>
      <w:pPr>
        <w:pStyle w:val="ListBullet"/>
      </w:pPr>
      <w:r>
        <w:t>Unidad “tapones” para ácido cítrico.</w:t>
      </w:r>
    </w:p>
    <w:p>
      <w:pPr>
        <w:pStyle w:val="Heading2"/>
      </w:pPr>
      <w:r>
        <w:t>37 · Bizcocho Almendria / Tarias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20260603_074337.jpg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Se desclaran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Almendra molida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Granillo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almendra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Almidón maíz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Limón pasta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cucharada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trigo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1.130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Impulsor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Desclarar huevos. En yemas, echar pasta de limón y agua.</w:t>
      </w:r>
    </w:p>
    <w:p>
      <w:pPr>
        <w:ind w:left="227" w:hanging="227"/>
      </w:pPr>
      <w:r>
        <w:t>2. Pesar almendra molida, harina almendra y harina floja en recipiente.</w:t>
      </w:r>
    </w:p>
    <w:p>
      <w:pPr>
        <w:ind w:left="227" w:hanging="227"/>
      </w:pPr>
      <w:r>
        <w:t>3. Por otro lado, almidón y azúcar.</w:t>
      </w:r>
    </w:p>
    <w:p>
      <w:pPr>
        <w:ind w:left="227" w:hanging="227"/>
      </w:pPr>
      <w:r>
        <w:t>4. Batir claras al 3. Cuando estén muy subidas, echar almidón y azúcar. Dejar batir.</w:t>
      </w:r>
    </w:p>
    <w:p>
      <w:pPr>
        <w:ind w:left="227" w:hanging="227"/>
      </w:pPr>
      <w:r>
        <w:t>5. Echar yemas y poner al 1.</w:t>
      </w:r>
    </w:p>
    <w:p>
      <w:pPr>
        <w:ind w:left="227" w:hanging="227"/>
      </w:pPr>
      <w:r>
        <w:t>6. Cuando mezcle, echar mezcla de harinas y almendra picada. Parar máquina.</w:t>
      </w:r>
    </w:p>
    <w:p>
      <w:pPr>
        <w:ind w:left="227" w:hanging="227"/>
      </w:pPr>
      <w:r>
        <w:t>7. Mover a mano.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Rendimiento: Cuadradas 1: 250 g / T.3: 1.200 g en moldes.</w:t>
      </w:r>
    </w:p>
    <w:p>
      <w:pPr>
        <w:pStyle w:val="Heading2"/>
      </w:pPr>
      <w:r>
        <w:t>45 · Tarta de Queso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20260603_074443.jpg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Galleta María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Galleta Lotus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Mantequilla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2,5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Base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Queso Philadelphia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26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tarrinas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 g/tarrina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Yogures griegos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Queso Manchego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1.900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Yema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515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2,5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Poner Philadelphia y yogures en cubo y triturar bien.</w:t>
      </w:r>
    </w:p>
    <w:p>
      <w:pPr>
        <w:ind w:left="227" w:hanging="227"/>
      </w:pPr>
      <w:r>
        <w:t>2. En otro cubo poner 7 L nata y queso Manchego y triturar bien.</w:t>
      </w:r>
    </w:p>
    <w:p>
      <w:pPr>
        <w:ind w:left="227" w:hanging="227"/>
      </w:pPr>
      <w:r>
        <w:t>3. Unir mezclas; texto final parcialmente tachado.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Rendimiento: salen 31.</w:t>
      </w:r>
    </w:p>
    <w:p>
      <w:r>
        <w:rPr>
          <w:b/>
        </w:rPr>
        <w:t>Dudas / revisión</w:t>
      </w:r>
    </w:p>
    <w:p>
      <w:pPr>
        <w:pStyle w:val="ListBullet"/>
      </w:pPr>
      <w:r>
        <w:t>Proceso final y horneado no detallados / parcialmente tachados.</w:t>
      </w:r>
    </w:p>
    <w:p>
      <w:pPr>
        <w:pStyle w:val="Heading2"/>
      </w:pPr>
      <w:r>
        <w:t>46 · Base de Galleta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20260603_074502.jpg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 suave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Galletas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Cantidad no especificada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Mantequilla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En crema; cantidad no especificada</w:t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Poner galletas en amasadora al 1.</w:t>
      </w:r>
    </w:p>
    <w:p>
      <w:pPr>
        <w:ind w:left="227" w:hanging="227"/>
      </w:pPr>
      <w:r>
        <w:t>2. Cuando estén trituradas, echar mantequilla en crema hasta mezclar.</w:t>
      </w:r>
    </w:p>
    <w:p>
      <w:pPr>
        <w:ind w:left="227" w:hanging="227"/>
      </w:pPr>
      <w:r>
        <w:t>3. Poner en bases y apretar bien.</w:t>
      </w:r>
    </w:p>
    <w:p>
      <w:r>
        <w:rPr>
          <w:b/>
        </w:rPr>
        <w:t>Dudas / revisión</w:t>
      </w:r>
    </w:p>
    <w:p>
      <w:pPr>
        <w:pStyle w:val="ListBullet"/>
      </w:pPr>
      <w:r>
        <w:t>Sin cantidades; técnica general.</w:t>
      </w:r>
    </w:p>
    <w:p>
      <w:pPr>
        <w:pStyle w:val="Heading2"/>
      </w:pPr>
      <w:r>
        <w:t>49 · Muffins / Brownie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20260603_074511.jpg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3.125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no especificada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girasol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4.375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no especificada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Saco Melamuffin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12,5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Pepitas choco / gotitas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Trufa negra cocida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Cacao en polvo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Batir huevos.</w:t>
      </w:r>
    </w:p>
    <w:p>
      <w:pPr>
        <w:ind w:left="227" w:hanging="227"/>
      </w:pPr>
      <w:r>
        <w:t>2. Cuando se vean esponjosos, echar agua al 2 y aceite a continuación.</w:t>
      </w:r>
    </w:p>
    <w:p>
      <w:pPr>
        <w:ind w:left="227" w:hanging="227"/>
      </w:pPr>
      <w:r>
        <w:t>3. Echar saco de muffin, trufa negra y cacao.</w:t>
      </w:r>
    </w:p>
    <w:p>
      <w:pPr>
        <w:ind w:left="227" w:hanging="227"/>
      </w:pPr>
      <w:r>
        <w:t>4. Por último, pepitas de chocolate. Mezclar bien.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Peso por molde: 2.500 g.</w:t>
      </w:r>
    </w:p>
    <w:p>
      <w:pPr>
        <w:pStyle w:val="ListBullet"/>
      </w:pPr>
      <w:r>
        <w:t>Rendimiento: 10-11 unidades.</w:t>
      </w:r>
    </w:p>
    <w:p>
      <w:r>
        <w:rPr>
          <w:b/>
        </w:rPr>
        <w:t>Dudas / revisión</w:t>
      </w:r>
    </w:p>
    <w:p>
      <w:pPr>
        <w:pStyle w:val="ListBullet"/>
      </w:pPr>
      <w:r>
        <w:t>Agua y aceite sin unidad.</w:t>
      </w:r>
    </w:p>
    <w:p>
      <w:pPr>
        <w:pStyle w:val="Heading2"/>
      </w:pPr>
      <w:r>
        <w:t>54 · Red Velvet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20260603_074531.jpg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75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Agua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3.125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no especificada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girasol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4.375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Unidad no especificada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Saco Melamuffin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saco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Cacao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Colorante rojo vivo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Polvo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Rojo vivo crema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Pasta</w:t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Dudas / revisión</w:t>
      </w:r>
    </w:p>
    <w:p>
      <w:pPr>
        <w:pStyle w:val="ListBullet"/>
      </w:pPr>
      <w:r>
        <w:t>No aparece proceso; parece compartir método con Muffins.</w:t>
      </w:r>
    </w:p>
    <w:p>
      <w:pPr>
        <w:pStyle w:val="ListBullet"/>
      </w:pPr>
      <w:r>
        <w:t>Agua y aceite sin unidad.</w:t>
      </w:r>
    </w:p>
    <w:p>
      <w:pPr>
        <w:pStyle w:val="Heading2"/>
      </w:pPr>
      <w:r>
        <w:t>63 · C.K Bizcocho / Carrot Cake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20260603_074608.jpg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Impulsor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170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 moreno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4.300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Huevos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83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ud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Aceite virgen extra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2.600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L?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Revisar si ml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3.880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Sal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Jengibre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Nuez moscada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Almendra molida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1.700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Nueces troceadas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1.700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Canela polvo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34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Limón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260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Pasta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Zanahoria triturada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5.000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Echar huevos y luego azúcar.</w:t>
      </w:r>
    </w:p>
    <w:p>
      <w:pPr>
        <w:ind w:left="227" w:hanging="227"/>
      </w:pPr>
      <w:r>
        <w:t>2. Cuando haya batido y disuelto azúcar, echar impulsor. Mezclar.</w:t>
      </w:r>
    </w:p>
    <w:p>
      <w:pPr>
        <w:ind w:left="227" w:hanging="227"/>
      </w:pPr>
      <w:r>
        <w:t>3. Batir al 2 y echar harina.</w:t>
      </w:r>
    </w:p>
    <w:p>
      <w:pPr>
        <w:ind w:left="227" w:hanging="227"/>
      </w:pPr>
      <w:r>
        <w:t>4. Echar aceite y mezclar.</w:t>
      </w:r>
    </w:p>
    <w:p>
      <w:pPr>
        <w:ind w:left="227" w:hanging="227"/>
      </w:pPr>
      <w:r>
        <w:t>5. Bajar al 1 y echar almendra, nueces y zanahoria.</w:t>
      </w:r>
    </w:p>
    <w:p>
      <w:pPr>
        <w:ind w:left="227" w:hanging="227"/>
      </w:pPr>
      <w:r>
        <w:t>6. Cuando esté mezclado, parar y poner en moldes talla 1 casi hasta arriba.</w:t>
      </w:r>
    </w:p>
    <w:p>
      <w:r>
        <w:rPr>
          <w:b/>
        </w:rPr>
        <w:t>Dudas / revisión</w:t>
      </w:r>
    </w:p>
    <w:p>
      <w:pPr>
        <w:pStyle w:val="ListBullet"/>
      </w:pPr>
      <w:r>
        <w:t>Aceite marcado como L; revisar unidad.</w:t>
      </w:r>
    </w:p>
    <w:p>
      <w:pPr>
        <w:pStyle w:val="Heading2"/>
      </w:pPr>
      <w:r>
        <w:t>65 · Pastas de Té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20260603_074708.jpg / 20260603_074711.jpg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OK inicial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Mantequilla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800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Pomada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Azúcar lustre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Cifra corregida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Nata UHT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250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Sal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Vainilla pasta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0,5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cucharada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Harina floja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1.100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pPr>
        <w:ind w:left="227" w:hanging="227"/>
      </w:pPr>
      <w:r>
        <w:t>1. Calentar mantequilla hasta pomada.</w:t>
      </w:r>
    </w:p>
    <w:p>
      <w:pPr>
        <w:ind w:left="227" w:hanging="227"/>
      </w:pPr>
      <w:r>
        <w:t>2. Mezclar mantequilla con azúcar lustre al 1.</w:t>
      </w:r>
    </w:p>
    <w:p>
      <w:pPr>
        <w:ind w:left="227" w:hanging="227"/>
      </w:pPr>
      <w:r>
        <w:t>3. Poner sal y vainilla.</w:t>
      </w:r>
    </w:p>
    <w:p>
      <w:pPr>
        <w:ind w:left="227" w:hanging="227"/>
      </w:pPr>
      <w:r>
        <w:t>4. Cuando esté mezclado, echar nata.</w:t>
      </w:r>
    </w:p>
    <w:p>
      <w:pPr>
        <w:ind w:left="227" w:hanging="227"/>
      </w:pPr>
      <w:r>
        <w:t>5. Luego echar harina al 1.</w:t>
      </w:r>
    </w:p>
    <w:p>
      <w:pPr>
        <w:ind w:left="227" w:hanging="227"/>
      </w:pPr>
      <w:r>
        <w:t>6. Repartir.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Reposo: poco tiempo.</w:t>
      </w:r>
    </w:p>
    <w:p>
      <w:pPr>
        <w:pStyle w:val="ListBullet"/>
      </w:pPr>
      <w:r>
        <w:t>Escala x2 visible.</w:t>
      </w:r>
    </w:p>
    <w:p>
      <w:pPr>
        <w:pStyle w:val="Heading2"/>
      </w:pPr>
      <w:r>
        <w:t>79 · Frosting Carrot Cake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blHeader w:val="true"/>
        </w:trPr>
        <w:tc>
          <w:tcPr>
            <w:tcW w:type="dxa" w:w="1701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Campo</w:t>
            </w:r>
          </w:p>
        </w:tc>
        <w:tc>
          <w:tcPr>
            <w:tcW w:type="dxa" w:w="793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Información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Fuente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20260603_074936.jpg</w:t>
            </w:r>
          </w:p>
        </w:tc>
      </w:tr>
      <w:tr>
        <w:tc>
          <w:tcPr>
            <w:tcW w:type="dxa" w:w="1701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Estado</w:t>
            </w:r>
          </w:p>
        </w:tc>
        <w:tc>
          <w:tcPr>
            <w:tcW w:type="dxa" w:w="793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Amarillo</w:t>
            </w:r>
          </w:p>
        </w:tc>
      </w:tr>
    </w:tbl>
    <w:p>
      <w:r>
        <w:rPr>
          <w:b/>
        </w:rPr>
        <w:t>Ingredientes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Ingrediente</w:t>
            </w:r>
          </w:p>
        </w:tc>
        <w:tc>
          <w:tcPr>
            <w:tcW w:type="dxa" w:w="158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Cantidad</w:t>
            </w:r>
          </w:p>
        </w:tc>
        <w:tc>
          <w:tcPr>
            <w:tcW w:type="dxa" w:w="1247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Unidad</w:t>
            </w:r>
          </w:p>
        </w:tc>
        <w:tc>
          <w:tcPr>
            <w:tcW w:type="dxa" w:w="3402"/>
            <w:vAlign w:val="top"/>
            <w:shd w:fill="D9EAF7"/>
          </w:tcPr>
          <w:p>
            <w:r>
              <w:rPr>
                <w:sz w:val="16"/>
              </w:rPr>
            </w:r>
            <w:r>
              <w:rPr>
                <w:b/>
                <w:sz w:val="16"/>
              </w:rPr>
              <w:t>Observaciones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Queso para untar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3.900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14 tarrinas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Mantequilla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1.575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Dextrosa</w:t>
            </w:r>
          </w:p>
        </w:tc>
        <w:tc>
          <w:tcPr>
            <w:tcW w:type="dxa" w:w="158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4.500</w:t>
            </w:r>
          </w:p>
        </w:tc>
        <w:tc>
          <w:tcPr>
            <w:tcW w:type="dxa" w:w="1247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  <w:t>g</w:t>
            </w:r>
          </w:p>
        </w:tc>
        <w:tc>
          <w:tcPr>
            <w:tcW w:type="dxa" w:w="3402"/>
            <w:vAlign w:val="top"/>
          </w:tcPr>
          <w:p>
            <w:r>
              <w:rPr>
                <w:sz w:val="16"/>
              </w:rPr>
            </w:r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>Proceso escrito</w:t>
      </w:r>
    </w:p>
    <w:p>
      <w:r>
        <w:t>No aparece proceso.</w:t>
      </w:r>
    </w:p>
    <w:p>
      <w:r>
        <w:rPr>
          <w:b/>
        </w:rPr>
        <w:t>Parámetros técnicos / rendimiento</w:t>
      </w:r>
    </w:p>
    <w:p>
      <w:pPr>
        <w:pStyle w:val="ListBullet"/>
      </w:pPr>
      <w:r>
        <w:t>Rendimiento: aproximadamente 15 o 16 talla 1.</w:t>
      </w:r>
    </w:p>
    <w:p>
      <w:r>
        <w:rPr>
          <w:b/>
        </w:rPr>
        <w:t>Dudas / revisión</w:t>
      </w:r>
    </w:p>
    <w:p>
      <w:pPr>
        <w:pStyle w:val="ListBullet"/>
      </w:pPr>
      <w:r>
        <w:t>No aparece método de mezcla.</w:t>
      </w:r>
    </w:p>
    <w:sectPr w:rsidR="00FC693F" w:rsidRPr="0006063C" w:rsidSect="00034616">
      <w:footerReference w:type="default" r:id="rId9"/>
      <w:pgSz w:w="11906" w:h="16838"/>
      <w:pgMar w:top="907" w:right="794" w:bottom="90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Recetario digitalizado · Raúl Asencio Pastelerías · v1 provisional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Recetario Digitalizado Raul Asencio v1</dc:title>
  <dc:subject>Recetas digitalizadas desde manuscritos</dc:subject>
  <dc:creator>OpenAI</dc:creator>
  <cp:keywords>recetario, pasteleria, Raul Asencio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